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D97B54"/>
        </w:rPr>
        <w:t>桌伴 DeskBuddy 使用说明</w:t>
      </w:r>
    </w:p>
    <w:p>
      <w:r>
        <w:rPr>
          <w:b w:val="0"/>
        </w:rPr>
        <w:t>版本 0.1.0 · 适用于 macOS 与 Windows</w:t>
      </w:r>
    </w:p>
    <w:p>
      <w:pPr>
        <w:pStyle w:val="Heading1"/>
      </w:pPr>
      <w:r>
        <w:rPr>
          <w:color w:val="4A3F35"/>
        </w:rPr>
        <w:t>一、这是什么</w:t>
      </w:r>
    </w:p>
    <w:p>
      <w:r>
        <w:rPr>
          <w:b w:val="0"/>
        </w:rPr>
        <w:t>桌伴是一只住在你桌面上的小宠物（水獭 / 猫 / 水豚可选），帮长时间用电脑的你做三件事：</w:t>
      </w:r>
    </w:p>
    <w:p>
      <w:pPr>
        <w:pStyle w:val="ListBullet"/>
      </w:pPr>
      <w:r>
        <w:t>定时提醒：提醒你喝水、起身活动，可一键打卡；</w:t>
      </w:r>
    </w:p>
    <w:p>
      <w:pPr>
        <w:pStyle w:val="ListBullet"/>
      </w:pPr>
      <w:r>
        <w:t>番茄钟：点一下宠物就开始专注计时，到点提醒休息；</w:t>
      </w:r>
    </w:p>
    <w:p>
      <w:pPr>
        <w:pStyle w:val="ListBullet"/>
      </w:pPr>
      <w:r>
        <w:t>摸鱼检测：发现你打开黑名单应用（默认 bilibili、抖音）时，宠物会跳出来提醒你。</w:t>
      </w:r>
    </w:p>
    <w:p>
      <w:r>
        <w:rPr>
          <w:b w:val="0"/>
        </w:rPr>
        <w:t>它还会默默记下你今天的番茄数、喝水次数和摸鱼次数，供你随时查看。</w:t>
      </w:r>
    </w:p>
    <w:p>
      <w:pPr>
        <w:pStyle w:val="Heading1"/>
      </w:pPr>
      <w:r>
        <w:rPr>
          <w:color w:val="4A3F35"/>
        </w:rPr>
        <w:t>二、安装</w:t>
      </w:r>
    </w:p>
    <w:p>
      <w:pPr>
        <w:pStyle w:val="Heading2"/>
      </w:pPr>
      <w:r>
        <w:rPr>
          <w:color w:val="4A3F35"/>
        </w:rPr>
        <w:t>macOS</w:t>
      </w:r>
    </w:p>
    <w:p>
      <w:pPr>
        <w:pStyle w:val="ListNumber"/>
      </w:pPr>
      <w:r>
        <w:t>双击 桌伴_0.1.0_aarch64.dmg，把「桌伴」拖进「应用程序」；</w:t>
      </w:r>
    </w:p>
    <w:p>
      <w:pPr>
        <w:pStyle w:val="ListNumber"/>
      </w:pPr>
      <w:r>
        <w:t>首次打开请右键 → 打开（不要直接双击），在弹窗中再点「打开」；</w:t>
      </w:r>
    </w:p>
    <w:p>
      <w:pPr>
        <w:pStyle w:val="ListNumber"/>
      </w:pPr>
      <w:r>
        <w:t>如提示"无法验证开发者"：系统设置 → 隐私与安全性 → 找到桌伴 →「仍要打开」。</w:t>
      </w:r>
    </w:p>
    <w:p>
      <w:pPr>
        <w:pStyle w:val="Heading2"/>
      </w:pPr>
      <w:r>
        <w:rPr>
          <w:color w:val="4A3F35"/>
        </w:rPr>
        <w:t>Windows</w:t>
      </w:r>
    </w:p>
    <w:p>
      <w:pPr>
        <w:pStyle w:val="ListNumber"/>
      </w:pPr>
      <w:r>
        <w:t>系统要求：Windows 10 或 11（64 位）；Windows 7 / 8 及国产系统（麒麟、统信 UOS 等）环境暂不支持（安装时会报"无法定位程序输入点"错误）；</w:t>
      </w:r>
    </w:p>
    <w:p>
      <w:pPr>
        <w:pStyle w:val="ListNumber"/>
      </w:pPr>
      <w:r>
        <w:t>双击 桌伴_0.1.0_x64-setup.exe；</w:t>
      </w:r>
    </w:p>
    <w:p>
      <w:pPr>
        <w:pStyle w:val="ListNumber"/>
      </w:pPr>
      <w:r>
        <w:t>如弹出蓝色警告：点「更多信息」→「仍要运行」；</w:t>
      </w:r>
    </w:p>
    <w:p>
      <w:pPr>
        <w:pStyle w:val="ListNumber"/>
      </w:pPr>
      <w:r>
        <w:t>按向导完成安装（首次安装会联网自动补装微软 WebView2 系统组件）。</w:t>
      </w:r>
    </w:p>
    <w:p>
      <w:r>
        <w:rPr>
          <w:b w:val="0"/>
        </w:rPr>
        <w:t>为什么会有安全提醒？桌伴是独立作品，未购买官方代码签名证书。应用完全本地运行、不联网、不上传任何数据，可放心使用。</w:t>
      </w:r>
    </w:p>
    <w:p>
      <w:pPr>
        <w:pStyle w:val="Heading1"/>
      </w:pPr>
      <w:r>
        <w:rPr>
          <w:color w:val="4A3F35"/>
        </w:rPr>
        <w:t>三、上手：和宠物互动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操作</w:t>
            </w:r>
          </w:p>
        </w:tc>
        <w:tc>
          <w:tcPr>
            <w:tcW w:type="dxa" w:w="4320"/>
          </w:tcPr>
          <w:p>
            <w:r>
              <w:t>效果</w:t>
            </w:r>
          </w:p>
        </w:tc>
      </w:tr>
      <w:tr>
        <w:tc>
          <w:tcPr>
            <w:tcW w:type="dxa" w:w="4320"/>
          </w:tcPr>
          <w:p>
            <w:r>
              <w:t>单击宠物</w:t>
            </w:r>
          </w:p>
        </w:tc>
        <w:tc>
          <w:tcPr>
            <w:tcW w:type="dxa" w:w="4320"/>
          </w:tcPr>
          <w:p>
            <w:r>
              <w:t>开始 / 停止番茄钟（头顶显示倒计时）</w:t>
            </w:r>
          </w:p>
        </w:tc>
      </w:tr>
      <w:tr>
        <w:tc>
          <w:tcPr>
            <w:tcW w:type="dxa" w:w="4320"/>
          </w:tcPr>
          <w:p>
            <w:r>
              <w:t>双击宠物</w:t>
            </w:r>
          </w:p>
        </w:tc>
        <w:tc>
          <w:tcPr>
            <w:tcW w:type="dxa" w:w="4320"/>
          </w:tcPr>
          <w:p>
            <w:r>
              <w:t>打开设置</w:t>
            </w:r>
          </w:p>
        </w:tc>
      </w:tr>
      <w:tr>
        <w:tc>
          <w:tcPr>
            <w:tcW w:type="dxa" w:w="4320"/>
          </w:tcPr>
          <w:p>
            <w:r>
              <w:t>按住拖动</w:t>
            </w:r>
          </w:p>
        </w:tc>
        <w:tc>
          <w:tcPr>
            <w:tcW w:type="dxa" w:w="4320"/>
          </w:tcPr>
          <w:p>
            <w:r>
              <w:t>把宠物挪到桌面任意位置</w:t>
            </w:r>
          </w:p>
        </w:tc>
      </w:tr>
      <w:tr>
        <w:tc>
          <w:tcPr>
            <w:tcW w:type="dxa" w:w="4320"/>
          </w:tcPr>
          <w:p>
            <w:r>
              <w:t>右键（触控板双指点按）</w:t>
            </w:r>
          </w:p>
        </w:tc>
        <w:tc>
          <w:tcPr>
            <w:tcW w:type="dxa" w:w="4320"/>
          </w:tcPr>
          <w:p>
            <w:r>
              <w:t>菜单：打开设置 / 隐藏宠物 / 退出桌伴</w:t>
            </w:r>
          </w:p>
        </w:tc>
      </w:tr>
      <w:tr>
        <w:tc>
          <w:tcPr>
            <w:tcW w:type="dxa" w:w="4320"/>
          </w:tcPr>
          <w:p>
            <w:r>
              <w:t>菜单栏 / 托盘图标</w:t>
            </w:r>
          </w:p>
        </w:tc>
        <w:tc>
          <w:tcPr>
            <w:tcW w:type="dxa" w:w="4320"/>
          </w:tcPr>
          <w:p>
            <w:r>
              <w:t>显示设置 · 显示或隐藏宠物 · 退出桌伴</w:t>
            </w:r>
          </w:p>
        </w:tc>
      </w:tr>
    </w:tbl>
    <w:p>
      <w:r>
        <w:rPr>
          <w:b w:val="0"/>
        </w:rPr>
      </w:r>
    </w:p>
    <w:p>
      <w:r>
        <w:rPr>
          <w:b w:val="0"/>
        </w:rPr>
        <w:t>提醒气泡弹出时：「喝了」打卡并关闭；「10 分钟后再说」推迟提醒；不操作 30 秒后自动消失。</w:t>
      </w:r>
    </w:p>
    <w:p>
      <w:r>
        <w:rPr>
          <w:b w:val="0"/>
        </w:rPr>
        <w:t>宠物被隐藏后：点击屏幕右上角菜单栏（Mac）/ 右下角系统托盘（Windows）里的桌伴图标 →「显示·隐藏宠物」即可唤回。</w:t>
      </w:r>
    </w:p>
    <w:p>
      <w:pPr>
        <w:pStyle w:val="Heading1"/>
      </w:pPr>
      <w:r>
        <w:rPr>
          <w:color w:val="4A3F35"/>
        </w:rPr>
        <w:t>四、设置说明</w:t>
      </w:r>
    </w:p>
    <w:p>
      <w:pPr>
        <w:pStyle w:val="ListBullet"/>
      </w:pPr>
      <w:r>
        <w:t>提醒：喝水/起身活动的开关、间隔（默认 60 / 45 分钟）、提醒文案、提醒音效开关；</w:t>
      </w:r>
    </w:p>
    <w:p>
      <w:pPr>
        <w:pStyle w:val="ListBullet"/>
      </w:pPr>
      <w:r>
        <w:t>番茄钟：工作 / 休息时长（默认 25 / 5 分钟）；</w:t>
      </w:r>
    </w:p>
    <w:p>
      <w:pPr>
        <w:pStyle w:val="ListBullet"/>
      </w:pPr>
      <w:r>
        <w:t>摸鱼检测：开关、黑名单应用（可增删）、提醒文案；</w:t>
      </w:r>
    </w:p>
    <w:p>
      <w:pPr>
        <w:pStyle w:val="ListBullet"/>
      </w:pPr>
      <w:r>
        <w:t>角色与主题：切换水獭 / 猫 / 水豚；手账风 / 极简风双主题；宠物大小五档（50%–150%）；</w:t>
      </w:r>
    </w:p>
    <w:p>
      <w:pPr>
        <w:pStyle w:val="ListBullet"/>
      </w:pPr>
      <w:r>
        <w:t>统计：今日番茄数、喝水打卡、摸鱼提醒次数，本周番茄柱状图；</w:t>
      </w:r>
    </w:p>
    <w:p>
      <w:pPr>
        <w:pStyle w:val="ListBullet"/>
      </w:pPr>
      <w:r>
        <w:t>关于：开机自启动开关、版本信息、卸载。</w:t>
      </w:r>
    </w:p>
    <w:p>
      <w:r>
        <w:rPr>
          <w:b w:val="0"/>
        </w:rPr>
        <w:t>macOS 用户注意：摸鱼检测需要「辅助功能」权限，首次使用按系统提示允许即可；不授权只影响摸鱼检测，其他功能正常。</w:t>
      </w:r>
    </w:p>
    <w:p>
      <w:pPr>
        <w:pStyle w:val="Heading1"/>
      </w:pPr>
      <w:r>
        <w:rPr>
          <w:color w:val="4A3F35"/>
        </w:rPr>
        <w:t>五、卸载</w:t>
      </w:r>
    </w:p>
    <w:p>
      <w:pPr>
        <w:pStyle w:val="Heading2"/>
      </w:pPr>
      <w:r>
        <w:rPr>
          <w:color w:val="4A3F35"/>
        </w:rPr>
        <w:t>方式一（推荐）：应用内卸载</w:t>
      </w:r>
    </w:p>
    <w:p>
      <w:r>
        <w:rPr>
          <w:b w:val="0"/>
        </w:rPr>
        <w:t>设置 → 关于 → 危险区 → 卸载桌伴，连点两次确认。程序会删除自身、全部本地数据和开机自启动项。</w:t>
      </w:r>
    </w:p>
    <w:p>
      <w:pPr>
        <w:pStyle w:val="Heading2"/>
      </w:pPr>
      <w:r>
        <w:rPr>
          <w:color w:val="4A3F35"/>
        </w:rPr>
        <w:t>方式二：手动卸载</w:t>
      </w:r>
    </w:p>
    <w:p>
      <w:pPr>
        <w:pStyle w:val="ListBullet"/>
      </w:pPr>
      <w:r>
        <w:t>Windows：系统设置 → 应用 → 已安装的应用 → 桌伴 → 卸载；</w:t>
      </w:r>
    </w:p>
    <w:p>
      <w:pPr>
        <w:pStyle w:val="ListBullet"/>
      </w:pPr>
      <w:r>
        <w:t>macOS：把「应用程序」里的桌伴拖入废纸篓；如需清除数据，再删除 ~/资源库/Application Support/com.deskbuddy.app。</w:t>
      </w:r>
    </w:p>
    <w:p>
      <w:pPr>
        <w:pStyle w:val="Heading1"/>
      </w:pPr>
      <w:r>
        <w:rPr>
          <w:color w:val="4A3F35"/>
        </w:rPr>
        <w:t>六、隐私说明</w:t>
      </w:r>
    </w:p>
    <w:p>
      <w:r>
        <w:rPr>
          <w:b w:val="0"/>
        </w:rPr>
        <w:t>桌伴完全在你本机运行：不需要账号、不联网、不上传任何数据。所有设置和统计只保存在你电脑的本地文件中，卸载时会被一并删除。</w:t>
      </w:r>
    </w:p>
    <w:p>
      <w:pPr>
        <w:pStyle w:val="Heading1"/>
      </w:pPr>
      <w:r>
        <w:rPr>
          <w:color w:val="4A3F35"/>
        </w:rPr>
        <w:t>七、开发者</w:t>
      </w:r>
    </w:p>
    <w:p>
      <w:r>
        <w:rPr>
          <w:b w:val="0"/>
        </w:rPr>
        <w:t>桌伴由 文策AI 开发。了解更多产品与服务：wence-ai.com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PingFang SC" w:hAnsi="PingFang S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